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BA9AA" w14:textId="77777777" w:rsidR="002026EA" w:rsidRDefault="00000000">
      <w:pPr>
        <w:keepLines/>
        <w:widowControl w:val="0"/>
        <w:spacing w:line="1060" w:lineRule="atLeast"/>
        <w:jc w:val="center"/>
      </w:pPr>
      <w:r>
        <w:rPr>
          <w:noProof/>
        </w:rPr>
        <w:drawing>
          <wp:inline distT="0" distB="0" distL="0" distR="0" wp14:anchorId="2D9B77F4" wp14:editId="40559260">
            <wp:extent cx="1143000" cy="65303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usCosy_Transparant_300dpi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53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87D54" w14:textId="77777777" w:rsidR="002026EA" w:rsidRDefault="00000000">
      <w:pPr>
        <w:pStyle w:val="Titel"/>
        <w:keepLines/>
        <w:widowControl w:val="0"/>
        <w:spacing w:after="0" w:line="300" w:lineRule="exact"/>
        <w:jc w:val="center"/>
      </w:pPr>
      <w:r>
        <w:rPr>
          <w:rFonts w:ascii="Georgia" w:eastAsia="Georgia" w:hAnsi="Georgia"/>
          <w:b/>
          <w:spacing w:val="44"/>
          <w:sz w:val="19"/>
          <w:lang w:val="nl-NL"/>
        </w:rPr>
        <w:t>MENUKAART · ETEN</w:t>
      </w:r>
    </w:p>
    <w:p w14:paraId="420CDD8E" w14:textId="77777777" w:rsidR="002026EA" w:rsidRDefault="00000000">
      <w:pPr>
        <w:keepLines/>
        <w:widowControl w:val="0"/>
        <w:spacing w:line="200" w:lineRule="exact"/>
        <w:jc w:val="center"/>
      </w:pPr>
      <w:r>
        <w:rPr>
          <w:rFonts w:eastAsia="Calibri"/>
          <w:color w:val="D9CA8F"/>
          <w:sz w:val="14"/>
          <w:lang w:val="nl-NL"/>
        </w:rPr>
        <w:t xml:space="preserve">───  </w:t>
      </w:r>
      <w:r>
        <w:rPr>
          <w:rFonts w:ascii="DejaVu Sans" w:eastAsia="DejaVu Sans" w:hAnsi="DejaVu Sans"/>
          <w:color w:val="ED620B"/>
          <w:sz w:val="15"/>
          <w:lang w:val="nl-NL"/>
        </w:rPr>
        <w:t>♥</w:t>
      </w:r>
      <w:r>
        <w:rPr>
          <w:rFonts w:eastAsia="Calibri"/>
          <w:color w:val="D9CA8F"/>
          <w:sz w:val="14"/>
          <w:lang w:val="nl-NL"/>
        </w:rPr>
        <w:t xml:space="preserve">  ───</w:t>
      </w:r>
    </w:p>
    <w:p w14:paraId="029C597F" w14:textId="77777777" w:rsidR="002026EA" w:rsidRDefault="00000000">
      <w:pPr>
        <w:keepLines/>
        <w:widowControl w:val="0"/>
        <w:spacing w:line="875" w:lineRule="atLeast"/>
        <w:jc w:val="center"/>
      </w:pPr>
      <w:r>
        <w:rPr>
          <w:noProof/>
        </w:rPr>
        <w:drawing>
          <wp:inline distT="0" distB="0" distL="0" distR="0" wp14:anchorId="2DDD3256" wp14:editId="19E0CF55">
            <wp:extent cx="3175000" cy="5556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en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55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2067F" w14:textId="77777777" w:rsidR="002026EA" w:rsidRDefault="002026EA">
      <w:pPr>
        <w:keepLines/>
        <w:widowControl w:val="0"/>
        <w:spacing w:line="95" w:lineRule="exact"/>
      </w:pPr>
    </w:p>
    <w:tbl>
      <w:tblPr>
        <w:tblW w:w="1066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33"/>
        <w:gridCol w:w="400"/>
        <w:gridCol w:w="5133"/>
      </w:tblGrid>
      <w:tr w:rsidR="002026EA" w14:paraId="42E04A44" w14:textId="77777777">
        <w:trPr>
          <w:cantSplit/>
          <w:jc w:val="center"/>
        </w:trPr>
        <w:tc>
          <w:tcPr>
            <w:tcW w:w="51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01A2C" w14:textId="77777777" w:rsidR="002026EA" w:rsidRDefault="002026EA">
            <w:pPr>
              <w:keepLines/>
              <w:widowControl w:val="0"/>
              <w:spacing w:line="20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4433"/>
            </w:tblGrid>
            <w:tr w:rsidR="002026EA" w:rsidRPr="002128A2" w14:paraId="766593BB" w14:textId="77777777">
              <w:trPr>
                <w:cantSplit/>
                <w:trHeight w:val="652"/>
                <w:jc w:val="center"/>
              </w:trPr>
              <w:tc>
                <w:tcPr>
                  <w:tcW w:w="700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0D8C0E9" w14:textId="77777777" w:rsidR="002026EA" w:rsidRDefault="00000000">
                  <w:pPr>
                    <w:keepLines/>
                    <w:widowControl w:val="0"/>
                    <w:spacing w:line="440" w:lineRule="atLeast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607EAB4C" wp14:editId="767E5E05">
                        <wp:extent cx="266700" cy="266700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eten-2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33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6D6398" w14:textId="77777777" w:rsidR="002026EA" w:rsidRPr="003140E5" w:rsidRDefault="00000000">
                  <w:pPr>
                    <w:keepLines/>
                    <w:widowControl w:val="0"/>
                    <w:spacing w:line="280" w:lineRule="exact"/>
                    <w:ind w:right="380"/>
                    <w:jc w:val="center"/>
                    <w:rPr>
                      <w:lang w:val="nl-NL"/>
                    </w:rPr>
                  </w:pPr>
                  <w:r>
                    <w:rPr>
                      <w:rFonts w:ascii="Georgia" w:eastAsia="Georgia" w:hAnsi="Georgia"/>
                      <w:b/>
                      <w:color w:val="FFFFFF"/>
                      <w:spacing w:val="50"/>
                      <w:sz w:val="20"/>
                      <w:lang w:val="nl-NL"/>
                    </w:rPr>
                    <w:t>BROOD</w:t>
                  </w:r>
                </w:p>
                <w:p w14:paraId="7D92737E" w14:textId="77777777" w:rsidR="002026EA" w:rsidRPr="003140E5" w:rsidRDefault="00000000">
                  <w:pPr>
                    <w:keepLines/>
                    <w:widowControl w:val="0"/>
                    <w:spacing w:line="172" w:lineRule="exact"/>
                    <w:ind w:right="200"/>
                    <w:jc w:val="center"/>
                    <w:rPr>
                      <w:lang w:val="nl-NL"/>
                    </w:rPr>
                  </w:pPr>
                  <w:r>
                    <w:rPr>
                      <w:rFonts w:eastAsia="Calibri"/>
                      <w:i/>
                      <w:color w:val="FFFFFF"/>
                      <w:sz w:val="15"/>
                      <w:lang w:val="nl-NL"/>
                    </w:rPr>
                    <w:t xml:space="preserve">Keuze uit wit, </w:t>
                  </w:r>
                  <w:proofErr w:type="spellStart"/>
                  <w:r>
                    <w:rPr>
                      <w:rFonts w:eastAsia="Calibri"/>
                      <w:i/>
                      <w:color w:val="FFFFFF"/>
                      <w:sz w:val="15"/>
                      <w:lang w:val="nl-NL"/>
                    </w:rPr>
                    <w:t>oerbruin</w:t>
                  </w:r>
                  <w:proofErr w:type="spellEnd"/>
                  <w:r>
                    <w:rPr>
                      <w:rFonts w:eastAsia="Calibri"/>
                      <w:i/>
                      <w:color w:val="FFFFFF"/>
                      <w:sz w:val="15"/>
                      <w:lang w:val="nl-NL"/>
                    </w:rPr>
                    <w:t xml:space="preserve"> of </w:t>
                  </w:r>
                  <w:proofErr w:type="spellStart"/>
                  <w:r>
                    <w:rPr>
                      <w:rFonts w:eastAsia="Calibri"/>
                      <w:i/>
                      <w:color w:val="FFFFFF"/>
                      <w:sz w:val="15"/>
                      <w:lang w:val="nl-NL"/>
                    </w:rPr>
                    <w:t>flatbread</w:t>
                  </w:r>
                  <w:proofErr w:type="spellEnd"/>
                </w:p>
              </w:tc>
            </w:tr>
          </w:tbl>
          <w:p w14:paraId="31E16532" w14:textId="77777777" w:rsidR="002026EA" w:rsidRPr="003140E5" w:rsidRDefault="002026EA">
            <w:pPr>
              <w:keepLines/>
              <w:widowControl w:val="0"/>
              <w:spacing w:line="120" w:lineRule="exact"/>
              <w:rPr>
                <w:lang w:val="nl-NL"/>
              </w:rPr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155DE9AF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F3F72C" w14:textId="37FD1328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Warme kip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sla, tomaat, komkommer, 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mais, 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rode ui, chilimayo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 gebakken uitjes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5E1BD0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€ 12,75</w:t>
                  </w:r>
                </w:p>
              </w:tc>
            </w:tr>
          </w:tbl>
          <w:p w14:paraId="4EDAA05C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15331496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46D5B2" w14:textId="63B201BE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Club kip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chilimayo, kaas, gebakken ei, sla, komkommer, rode ui, tomaat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tortillachips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C80D333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€ 15,00</w:t>
                  </w:r>
                </w:p>
              </w:tc>
            </w:tr>
          </w:tbl>
          <w:p w14:paraId="63A975CA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61222FC9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18A22B" w14:textId="0C70D3C9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Carpaccio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sla, zongedroogde tomaat, rucola, pijnboompitten, </w:t>
                  </w:r>
                  <w:proofErr w:type="spellStart"/>
                  <w:r w:rsidR="003140E5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parmezaanse</w:t>
                  </w:r>
                  <w:proofErr w:type="spellEnd"/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kaa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s en 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truffelmayonaise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123905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€ 14,50</w:t>
                  </w:r>
                </w:p>
              </w:tc>
            </w:tr>
          </w:tbl>
          <w:p w14:paraId="779009FB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792461C5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DBEBD3" w14:textId="123EE835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proofErr w:type="spellStart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Burrata</w:t>
                  </w:r>
                  <w:proofErr w:type="spellEnd"/>
                  <w:r>
                    <w:rPr>
                      <w:rFonts w:eastAsia="Calibri"/>
                      <w:color w:val="22221F"/>
                      <w:lang w:val="nl-NL"/>
                    </w:rPr>
                    <w:t xml:space="preserve"> </w:t>
                  </w:r>
                  <w:r>
                    <w:rPr>
                      <w:rFonts w:ascii="DejaVu Sans" w:eastAsia="DejaVu Sans" w:hAnsi="DejaVu Sans"/>
                      <w:color w:val="897D25"/>
                      <w:sz w:val="16"/>
                      <w:lang w:val="nl-NL"/>
                    </w:rPr>
                    <w:t>♡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sla, tomaat, pesto, rode ui, pijnboompitten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balsamico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EF2F16A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€ 14,50</w:t>
                  </w:r>
                </w:p>
              </w:tc>
            </w:tr>
          </w:tbl>
          <w:p w14:paraId="03C7C2EC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327BFBBF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8D910F" w14:textId="1A88F016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Gerookte zalm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gekookt ei, dillesaus, sla, tomaat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komkommer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029E33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€ 14,50</w:t>
                  </w:r>
                </w:p>
              </w:tc>
            </w:tr>
          </w:tbl>
          <w:p w14:paraId="59759378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4F220C91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A74E92" w14:textId="789AAF02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Tonijnsalade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dillesaus, sla, rode ui</w:t>
                  </w:r>
                  <w:r w:rsidR="00B10A52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, appel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 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komkommer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7DE0B3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€ 12,00</w:t>
                  </w:r>
                </w:p>
              </w:tc>
            </w:tr>
          </w:tbl>
          <w:p w14:paraId="6848F2D6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2E8AC477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98E59D" w14:textId="7DCA99D3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Brie</w:t>
                  </w:r>
                  <w:r w:rsidR="002128A2">
                    <w:rPr>
                      <w:rFonts w:eastAsia="Calibri"/>
                      <w:b/>
                      <w:color w:val="22221F"/>
                      <w:lang w:val="nl-NL"/>
                    </w:rPr>
                    <w:t>*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rucola, zongedroogde tomaat, walnootjes, honing</w:t>
                  </w:r>
                  <w:r w:rsidR="003140E5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 spekjes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1ADAB1F" w14:textId="6B958CA9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</w:t>
                  </w:r>
                  <w:r w:rsidR="002128A2">
                    <w:rPr>
                      <w:rFonts w:eastAsia="Calibri"/>
                      <w:b/>
                      <w:color w:val="ED620B"/>
                      <w:lang w:val="nl-NL"/>
                    </w:rPr>
                    <w:t>2,00</w:t>
                  </w:r>
                </w:p>
              </w:tc>
            </w:tr>
          </w:tbl>
          <w:p w14:paraId="1C9FDAFB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6A56E50D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A0892E" w14:textId="21EBF074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proofErr w:type="spellStart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Pulled</w:t>
                  </w:r>
                  <w:proofErr w:type="spellEnd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chicken</w:t>
                  </w:r>
                  <w:proofErr w:type="spellEnd"/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sla, rode ui, komkommer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 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BBQ-saus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BB73D1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€ 11,25</w:t>
                  </w:r>
                </w:p>
              </w:tc>
            </w:tr>
          </w:tbl>
          <w:p w14:paraId="229E128B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14"/>
              <w:gridCol w:w="1419"/>
            </w:tblGrid>
            <w:tr w:rsidR="002026EA" w14:paraId="4A836830" w14:textId="77777777">
              <w:trPr>
                <w:cantSplit/>
                <w:jc w:val="center"/>
              </w:trPr>
              <w:tc>
                <w:tcPr>
                  <w:tcW w:w="37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53A2AC6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Kroketten</w:t>
                  </w:r>
                  <w:r>
                    <w:rPr>
                      <w:rFonts w:eastAsia="Calibri"/>
                      <w:color w:val="22221F"/>
                      <w:lang w:val="nl-NL"/>
                    </w:rPr>
                    <w:t xml:space="preserve"> </w:t>
                  </w:r>
                  <w:r>
                    <w:rPr>
                      <w:rFonts w:ascii="DejaVu Sans" w:eastAsia="DejaVu Sans" w:hAnsi="DejaVu Sans"/>
                      <w:color w:val="897D25"/>
                      <w:sz w:val="16"/>
                      <w:lang w:val="nl-NL"/>
                    </w:rPr>
                    <w:t>♡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rundvlees- of kaaskroketten</w:t>
                  </w:r>
                </w:p>
              </w:tc>
              <w:tc>
                <w:tcPr>
                  <w:tcW w:w="14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87C452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€ 11,25 / € 12,50</w:t>
                  </w:r>
                </w:p>
              </w:tc>
            </w:tr>
          </w:tbl>
          <w:p w14:paraId="2E40D095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634A8CAF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8EA120" w14:textId="77777777" w:rsidR="002026EA" w:rsidRDefault="00000000">
                  <w:pPr>
                    <w:keepLines/>
                    <w:widowControl w:val="0"/>
                  </w:pPr>
                  <w:proofErr w:type="spellStart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Vegan</w:t>
                  </w:r>
                  <w:proofErr w:type="spellEnd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 xml:space="preserve"> kroketten</w:t>
                  </w:r>
                  <w:r>
                    <w:rPr>
                      <w:rFonts w:eastAsia="Calibri"/>
                      <w:color w:val="22221F"/>
                      <w:lang w:val="nl-NL"/>
                    </w:rPr>
                    <w:t xml:space="preserve"> </w:t>
                  </w:r>
                  <w:r>
                    <w:rPr>
                      <w:rFonts w:ascii="DejaVu Sans" w:eastAsia="DejaVu Sans" w:hAnsi="DejaVu Sans"/>
                      <w:color w:val="897D25"/>
                      <w:sz w:val="16"/>
                      <w:lang w:val="nl-NL"/>
                    </w:rPr>
                    <w:t>♡♡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5C7F68F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€ 12,50</w:t>
                  </w:r>
                </w:p>
              </w:tc>
            </w:tr>
          </w:tbl>
          <w:p w14:paraId="3E041361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56B23B5B" w14:textId="77777777" w:rsidTr="003140E5">
              <w:trPr>
                <w:cantSplit/>
                <w:jc w:val="center"/>
              </w:trPr>
              <w:tc>
                <w:tcPr>
                  <w:tcW w:w="442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C9549E" w14:textId="20BE8DBC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Uitsmijter</w:t>
                  </w:r>
                  <w:r w:rsidR="007B3FDE">
                    <w:rPr>
                      <w:rFonts w:eastAsia="Calibri"/>
                      <w:b/>
                      <w:color w:val="22221F"/>
                      <w:lang w:val="nl-NL"/>
                    </w:rPr>
                    <w:t>*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(kaas en</w:t>
                  </w:r>
                  <w:r w:rsidR="007B3FDE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ham)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AC01A00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€ 13,25</w:t>
                  </w:r>
                </w:p>
              </w:tc>
            </w:tr>
          </w:tbl>
          <w:p w14:paraId="0E9BE53B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008EA50D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B5D3BD" w14:textId="2D2DF6F3" w:rsidR="002026EA" w:rsidRPr="006D29A6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 w:rsidRPr="006D29A6">
                    <w:rPr>
                      <w:rFonts w:eastAsia="Calibri"/>
                      <w:b/>
                      <w:color w:val="22221F"/>
                      <w:lang w:val="nl-NL"/>
                    </w:rPr>
                    <w:t>Uitsmijter Knus</w:t>
                  </w:r>
                  <w:r w:rsidRP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carpaccio, </w:t>
                  </w:r>
                  <w:proofErr w:type="spellStart"/>
                  <w:r w:rsidRP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parmezaanse</w:t>
                  </w:r>
                  <w:proofErr w:type="spellEnd"/>
                  <w:r w:rsidRP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kaas, zongedroogde tomaat, rucola</w:t>
                  </w:r>
                  <w:r w:rsidR="006D29A6" w:rsidRP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 </w:t>
                  </w:r>
                  <w:r w:rsidRP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truffelmayonaise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88C232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€ 15,50</w:t>
                  </w:r>
                </w:p>
              </w:tc>
            </w:tr>
          </w:tbl>
          <w:p w14:paraId="7B5E8FA1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5CD0EF25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5B8FE42" w14:textId="382CE181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12-uurtje Knus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tomatensoepje, boterham met rundvleeskroket en boterham met spiegelei, ham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kaas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FF2F93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€ 15,75</w:t>
                  </w:r>
                </w:p>
              </w:tc>
            </w:tr>
          </w:tbl>
          <w:p w14:paraId="567348FD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2D37723A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C3F6FE" w14:textId="7538D5B5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12-uurtje Cosy</w:t>
                  </w:r>
                  <w:r>
                    <w:rPr>
                      <w:rFonts w:eastAsia="Calibri"/>
                      <w:color w:val="22221F"/>
                      <w:lang w:val="nl-NL"/>
                    </w:rPr>
                    <w:t xml:space="preserve"> </w:t>
                  </w:r>
                  <w:r>
                    <w:rPr>
                      <w:rFonts w:ascii="DejaVu Sans" w:eastAsia="DejaVu Sans" w:hAnsi="DejaVu Sans"/>
                      <w:color w:val="897D25"/>
                      <w:sz w:val="16"/>
                      <w:lang w:val="nl-NL"/>
                    </w:rPr>
                    <w:t>♡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tomatensoepje, boterham met kaaskroket en boterham met spiegelei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 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kaas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E72306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€ 15,75</w:t>
                  </w:r>
                </w:p>
              </w:tc>
            </w:tr>
          </w:tbl>
          <w:p w14:paraId="4325D4C4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:rsidRPr="002128A2" w14:paraId="0E69A52B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6037CD" w14:textId="77777777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Tomatensoep</w:t>
                  </w:r>
                  <w:r>
                    <w:rPr>
                      <w:rFonts w:eastAsia="Calibri"/>
                      <w:color w:val="22221F"/>
                      <w:lang w:val="nl-NL"/>
                    </w:rPr>
                    <w:t xml:space="preserve"> </w:t>
                  </w:r>
                  <w:r>
                    <w:rPr>
                      <w:rFonts w:ascii="DejaVu Sans" w:eastAsia="DejaVu Sans" w:hAnsi="DejaVu Sans"/>
                      <w:color w:val="897D25"/>
                      <w:sz w:val="16"/>
                      <w:lang w:val="nl-NL"/>
                    </w:rPr>
                    <w:t>♡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met brood en kruidenboter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4969B9" w14:textId="77777777" w:rsidR="002026EA" w:rsidRPr="003140E5" w:rsidRDefault="00000000">
                  <w:pPr>
                    <w:keepLines/>
                    <w:widowControl w:val="0"/>
                    <w:jc w:val="right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€ 7,50</w:t>
                  </w:r>
                </w:p>
              </w:tc>
            </w:tr>
          </w:tbl>
          <w:p w14:paraId="05F216A0" w14:textId="77777777" w:rsidR="002026EA" w:rsidRPr="003140E5" w:rsidRDefault="002026EA">
            <w:pPr>
              <w:keepLines/>
              <w:widowControl w:val="0"/>
              <w:spacing w:line="42" w:lineRule="exact"/>
              <w:rPr>
                <w:lang w:val="nl-NL"/>
              </w:rPr>
            </w:pPr>
          </w:p>
          <w:p w14:paraId="5B88503E" w14:textId="77777777" w:rsidR="007B3FDE" w:rsidRPr="007B3FDE" w:rsidRDefault="003140E5" w:rsidP="007B3FDE">
            <w:pPr>
              <w:keepLines/>
              <w:widowControl w:val="0"/>
              <w:spacing w:after="60" w:line="184" w:lineRule="exact"/>
              <w:rPr>
                <w:lang w:val="nl-NL"/>
              </w:rPr>
            </w:pPr>
            <w:r>
              <w:rPr>
                <w:lang w:val="nl-NL"/>
              </w:rPr>
              <w:br/>
            </w:r>
            <w:r>
              <w:rPr>
                <w:rFonts w:eastAsia="Calibri"/>
                <w:i/>
                <w:color w:val="6D5A48"/>
                <w:sz w:val="16"/>
                <w:lang w:val="nl-NL"/>
              </w:rPr>
              <w:t xml:space="preserve">+ Voeg gebakken spekjes toe voor €1,00 </w:t>
            </w:r>
            <w:r w:rsidR="007B3FDE">
              <w:rPr>
                <w:rFonts w:eastAsia="Calibri"/>
                <w:i/>
                <w:color w:val="6D5A48"/>
                <w:sz w:val="16"/>
                <w:lang w:val="nl-NL"/>
              </w:rPr>
              <w:br/>
              <w:t>*Kan ook vegetarisch gemaakt worden</w:t>
            </w:r>
          </w:p>
          <w:p w14:paraId="335AADDA" w14:textId="6EB6CCE2" w:rsidR="002026EA" w:rsidRPr="003140E5" w:rsidRDefault="002026EA">
            <w:pPr>
              <w:keepLines/>
              <w:widowControl w:val="0"/>
              <w:spacing w:line="140" w:lineRule="exact"/>
              <w:rPr>
                <w:lang w:val="nl-NL"/>
              </w:rPr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4433"/>
            </w:tblGrid>
            <w:tr w:rsidR="002026EA" w:rsidRPr="002128A2" w14:paraId="7F7E9A7E" w14:textId="77777777">
              <w:trPr>
                <w:cantSplit/>
                <w:trHeight w:val="652"/>
                <w:jc w:val="center"/>
              </w:trPr>
              <w:tc>
                <w:tcPr>
                  <w:tcW w:w="700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CC40BD" w14:textId="77777777" w:rsidR="002026EA" w:rsidRDefault="00000000">
                  <w:pPr>
                    <w:keepLines/>
                    <w:widowControl w:val="0"/>
                    <w:spacing w:line="440" w:lineRule="atLeast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68E9D6BB" wp14:editId="6DDFB9F1">
                        <wp:extent cx="266700" cy="266700"/>
                        <wp:effectExtent l="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eten-3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33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DC6383" w14:textId="03A47306" w:rsidR="002026EA" w:rsidRPr="003140E5" w:rsidRDefault="00676843">
                  <w:pPr>
                    <w:keepLines/>
                    <w:widowControl w:val="0"/>
                    <w:spacing w:line="280" w:lineRule="exact"/>
                    <w:ind w:right="380"/>
                    <w:jc w:val="center"/>
                    <w:rPr>
                      <w:lang w:val="nl-NL"/>
                    </w:rPr>
                  </w:pPr>
                  <w:r>
                    <w:rPr>
                      <w:rFonts w:ascii="Georgia" w:eastAsia="Georgia" w:hAnsi="Georgia"/>
                      <w:b/>
                      <w:color w:val="FFFFFF"/>
                      <w:spacing w:val="50"/>
                      <w:sz w:val="20"/>
                      <w:lang w:val="nl-NL"/>
                    </w:rPr>
                    <w:t>HOOFDGERECHTEN</w:t>
                  </w:r>
                </w:p>
                <w:p w14:paraId="37E24BB1" w14:textId="77777777" w:rsidR="002026EA" w:rsidRPr="003140E5" w:rsidRDefault="00000000">
                  <w:pPr>
                    <w:keepLines/>
                    <w:widowControl w:val="0"/>
                    <w:spacing w:line="172" w:lineRule="exact"/>
                    <w:ind w:right="200"/>
                    <w:jc w:val="center"/>
                    <w:rPr>
                      <w:lang w:val="nl-NL"/>
                    </w:rPr>
                  </w:pPr>
                  <w:r>
                    <w:rPr>
                      <w:rFonts w:eastAsia="Calibri"/>
                      <w:i/>
                      <w:color w:val="FFFFFF"/>
                      <w:sz w:val="15"/>
                      <w:lang w:val="nl-NL"/>
                    </w:rPr>
                    <w:t>Onze favorieten, met verse frietjes en frisse salade</w:t>
                  </w:r>
                </w:p>
              </w:tc>
            </w:tr>
          </w:tbl>
          <w:p w14:paraId="36F9C1C5" w14:textId="77777777" w:rsidR="002026EA" w:rsidRPr="003140E5" w:rsidRDefault="002026EA">
            <w:pPr>
              <w:keepLines/>
              <w:widowControl w:val="0"/>
              <w:spacing w:line="120" w:lineRule="exact"/>
              <w:rPr>
                <w:lang w:val="nl-NL"/>
              </w:rPr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64478E35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68B6EEC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Hamburger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2B0ABB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€ 15,00</w:t>
                  </w:r>
                </w:p>
              </w:tc>
            </w:tr>
          </w:tbl>
          <w:p w14:paraId="28278523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3BF7929A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2B4930" w14:textId="04861B54" w:rsidR="002026EA" w:rsidRDefault="002128A2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Kipburger</w:t>
                  </w: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br/>
                  </w:r>
                  <w:r w:rsidR="00000000">
                    <w:rPr>
                      <w:rFonts w:eastAsia="Calibri"/>
                      <w:b/>
                      <w:color w:val="22221F"/>
                      <w:lang w:val="nl-NL"/>
                    </w:rPr>
                    <w:t>Beyond Burger</w:t>
                  </w:r>
                  <w:r w:rsidR="00000000">
                    <w:rPr>
                      <w:rFonts w:eastAsia="Calibri"/>
                      <w:color w:val="22221F"/>
                      <w:lang w:val="nl-NL"/>
                    </w:rPr>
                    <w:t xml:space="preserve"> </w:t>
                  </w:r>
                  <w:r w:rsidR="00000000">
                    <w:rPr>
                      <w:rFonts w:ascii="DejaVu Sans" w:eastAsia="DejaVu Sans" w:hAnsi="DejaVu Sans"/>
                      <w:color w:val="897D25"/>
                      <w:sz w:val="16"/>
                      <w:lang w:val="nl-NL"/>
                    </w:rPr>
                    <w:t>♡♡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A37621" w14:textId="49025514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€ 15,00</w:t>
                  </w:r>
                  <w:r w:rsidR="002128A2">
                    <w:rPr>
                      <w:rFonts w:eastAsia="Calibri"/>
                      <w:b/>
                      <w:color w:val="ED620B"/>
                      <w:lang w:val="nl-NL"/>
                    </w:rPr>
                    <w:br/>
                  </w:r>
                  <w:r w:rsidR="002128A2">
                    <w:rPr>
                      <w:rFonts w:eastAsia="Calibri"/>
                      <w:b/>
                      <w:color w:val="ED620B"/>
                      <w:lang w:val="nl-NL"/>
                    </w:rPr>
                    <w:t>€ 15,00</w:t>
                  </w:r>
                </w:p>
              </w:tc>
            </w:tr>
          </w:tbl>
          <w:p w14:paraId="23BFE3C8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38957463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922E39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Kipsaté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040DE2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€ 15,00</w:t>
                  </w:r>
                </w:p>
              </w:tc>
            </w:tr>
          </w:tbl>
          <w:p w14:paraId="589ED946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524D2D6D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1022E11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Fish &amp; Chips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AE21A3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€ 15,00</w:t>
                  </w:r>
                </w:p>
              </w:tc>
            </w:tr>
          </w:tbl>
          <w:p w14:paraId="75D485D0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6ECF4EA2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51E66E2" w14:textId="77777777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Wienerschnitzel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(kip/varken met </w:t>
                  </w:r>
                  <w:proofErr w:type="spellStart"/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Stroganoffsaus</w:t>
                  </w:r>
                  <w:proofErr w:type="spellEnd"/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)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5DE2B7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€ 15,00</w:t>
                  </w:r>
                </w:p>
              </w:tc>
            </w:tr>
          </w:tbl>
          <w:p w14:paraId="220899FC" w14:textId="77777777" w:rsidR="002026EA" w:rsidRDefault="002026EA">
            <w:pPr>
              <w:keepLines/>
              <w:widowControl w:val="0"/>
              <w:spacing w:line="42" w:lineRule="exact"/>
            </w:pPr>
          </w:p>
          <w:p w14:paraId="3F081936" w14:textId="77777777" w:rsidR="002026EA" w:rsidRDefault="002026EA">
            <w:pPr>
              <w:keepLines/>
              <w:widowControl w:val="0"/>
              <w:spacing w:line="140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4433"/>
            </w:tblGrid>
            <w:tr w:rsidR="002026EA" w:rsidRPr="002128A2" w14:paraId="50234B67" w14:textId="77777777">
              <w:trPr>
                <w:cantSplit/>
                <w:trHeight w:val="460"/>
                <w:jc w:val="center"/>
              </w:trPr>
              <w:tc>
                <w:tcPr>
                  <w:tcW w:w="700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BBFD17" w14:textId="77777777" w:rsidR="002026EA" w:rsidRDefault="00000000">
                  <w:pPr>
                    <w:keepLines/>
                    <w:widowControl w:val="0"/>
                    <w:spacing w:line="440" w:lineRule="atLeast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3AED55FA" wp14:editId="3E082260">
                        <wp:extent cx="266700" cy="266700"/>
                        <wp:effectExtent l="0" t="0" r="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eten-4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33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E93858" w14:textId="77777777" w:rsidR="002026EA" w:rsidRPr="003140E5" w:rsidRDefault="00000000">
                  <w:pPr>
                    <w:keepLines/>
                    <w:widowControl w:val="0"/>
                    <w:spacing w:line="280" w:lineRule="exact"/>
                    <w:ind w:right="380"/>
                    <w:jc w:val="center"/>
                    <w:rPr>
                      <w:lang w:val="nl-NL"/>
                    </w:rPr>
                  </w:pPr>
                  <w:r>
                    <w:rPr>
                      <w:rFonts w:ascii="Georgia" w:eastAsia="Georgia" w:hAnsi="Georgia"/>
                      <w:b/>
                      <w:color w:val="FFFFFF"/>
                      <w:spacing w:val="50"/>
                      <w:sz w:val="20"/>
                      <w:lang w:val="nl-NL"/>
                    </w:rPr>
                    <w:t>FRIET</w:t>
                  </w:r>
                </w:p>
              </w:tc>
            </w:tr>
          </w:tbl>
          <w:p w14:paraId="75109A89" w14:textId="77777777" w:rsidR="002026EA" w:rsidRPr="003140E5" w:rsidRDefault="002026EA">
            <w:pPr>
              <w:keepLines/>
              <w:widowControl w:val="0"/>
              <w:spacing w:line="120" w:lineRule="exact"/>
              <w:rPr>
                <w:lang w:val="nl-NL"/>
              </w:rPr>
            </w:pPr>
          </w:p>
          <w:p w14:paraId="19057E18" w14:textId="77777777" w:rsidR="002026EA" w:rsidRPr="003140E5" w:rsidRDefault="00000000">
            <w:pPr>
              <w:keepLines/>
              <w:widowControl w:val="0"/>
              <w:spacing w:after="60" w:line="184" w:lineRule="exact"/>
              <w:rPr>
                <w:lang w:val="nl-NL"/>
              </w:rPr>
            </w:pPr>
            <w:r>
              <w:rPr>
                <w:rFonts w:eastAsia="Calibri"/>
                <w:i/>
                <w:color w:val="6D5A48"/>
                <w:sz w:val="16"/>
                <w:lang w:val="nl-NL"/>
              </w:rPr>
              <w:t>Wij serveren verse friet!</w:t>
            </w: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60C03466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C3302B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Friet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1BA61C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€ 4,50</w:t>
                  </w:r>
                </w:p>
              </w:tc>
            </w:tr>
          </w:tbl>
          <w:p w14:paraId="48A70EB0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0092DB2A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EB436A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Gekruide friet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860C4E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€ 4,50</w:t>
                  </w:r>
                </w:p>
              </w:tc>
            </w:tr>
          </w:tbl>
          <w:p w14:paraId="1CEE9108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7A5BE557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3EB149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Zoete aardappelfriet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23E02D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€ 5,75</w:t>
                  </w:r>
                </w:p>
              </w:tc>
            </w:tr>
          </w:tbl>
          <w:p w14:paraId="327A2BA3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46AB476B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E8D32D" w14:textId="54DFD87E" w:rsidR="002026EA" w:rsidRDefault="00000000">
                  <w:pPr>
                    <w:keepLines/>
                    <w:widowControl w:val="0"/>
                  </w:pPr>
                  <w:proofErr w:type="spellStart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Loaded</w:t>
                  </w:r>
                  <w:proofErr w:type="spellEnd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parmesan</w:t>
                  </w:r>
                  <w:proofErr w:type="spellEnd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 xml:space="preserve"> fries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truffelmayonaise, Italiaanse kruiden, </w:t>
                  </w:r>
                  <w:proofErr w:type="spellStart"/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parmezaanse</w:t>
                  </w:r>
                  <w:proofErr w:type="spellEnd"/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kaas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 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rucola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FA1959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€ 7,25</w:t>
                  </w:r>
                </w:p>
              </w:tc>
            </w:tr>
          </w:tbl>
          <w:p w14:paraId="33DFB6C7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5D55B8B0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73C124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+ Kroket / Frikandel / Kaassoufflé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C55B8A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€ 3,00</w:t>
                  </w:r>
                </w:p>
              </w:tc>
            </w:tr>
          </w:tbl>
          <w:p w14:paraId="3C9B2602" w14:textId="77777777" w:rsidR="002026EA" w:rsidRDefault="002026EA">
            <w:pPr>
              <w:keepLines/>
              <w:widowControl w:val="0"/>
              <w:spacing w:line="42" w:lineRule="exact"/>
            </w:pPr>
          </w:p>
          <w:p w14:paraId="270DEE0C" w14:textId="77777777" w:rsidR="002026EA" w:rsidRDefault="002026EA">
            <w:pPr>
              <w:keepLines/>
              <w:widowControl w:val="0"/>
              <w:spacing w:line="140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4433"/>
            </w:tblGrid>
            <w:tr w:rsidR="002026EA" w:rsidRPr="002128A2" w14:paraId="52161EF9" w14:textId="77777777">
              <w:trPr>
                <w:cantSplit/>
                <w:trHeight w:val="652"/>
                <w:jc w:val="center"/>
              </w:trPr>
              <w:tc>
                <w:tcPr>
                  <w:tcW w:w="700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721B99" w14:textId="26C489FA" w:rsidR="002026EA" w:rsidRDefault="00676843">
                  <w:pPr>
                    <w:keepLines/>
                    <w:widowControl w:val="0"/>
                    <w:spacing w:line="440" w:lineRule="atLeast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5CEE1176" wp14:editId="3420CD4F">
                        <wp:extent cx="266700" cy="266700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eten-5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33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99A33C" w14:textId="77777777" w:rsidR="002026EA" w:rsidRPr="003140E5" w:rsidRDefault="00000000">
                  <w:pPr>
                    <w:keepLines/>
                    <w:widowControl w:val="0"/>
                    <w:spacing w:line="280" w:lineRule="exact"/>
                    <w:ind w:right="380"/>
                    <w:jc w:val="center"/>
                    <w:rPr>
                      <w:lang w:val="nl-NL"/>
                    </w:rPr>
                  </w:pPr>
                  <w:r>
                    <w:rPr>
                      <w:rFonts w:ascii="Georgia" w:eastAsia="Georgia" w:hAnsi="Georgia"/>
                      <w:b/>
                      <w:color w:val="FFFFFF"/>
                      <w:spacing w:val="50"/>
                      <w:sz w:val="20"/>
                      <w:lang w:val="nl-NL"/>
                    </w:rPr>
                    <w:t>KIDS</w:t>
                  </w:r>
                </w:p>
                <w:p w14:paraId="411808CB" w14:textId="77777777" w:rsidR="002026EA" w:rsidRPr="003140E5" w:rsidRDefault="00000000">
                  <w:pPr>
                    <w:keepLines/>
                    <w:widowControl w:val="0"/>
                    <w:spacing w:line="172" w:lineRule="exact"/>
                    <w:ind w:right="200"/>
                    <w:jc w:val="center"/>
                    <w:rPr>
                      <w:lang w:val="nl-NL"/>
                    </w:rPr>
                  </w:pPr>
                  <w:r>
                    <w:rPr>
                      <w:rFonts w:eastAsia="Calibri"/>
                      <w:i/>
                      <w:color w:val="FFFFFF"/>
                      <w:sz w:val="15"/>
                      <w:lang w:val="nl-NL"/>
                    </w:rPr>
                    <w:t>Voor onze kleine genieters</w:t>
                  </w:r>
                </w:p>
              </w:tc>
            </w:tr>
          </w:tbl>
          <w:p w14:paraId="35AF1E62" w14:textId="77777777" w:rsidR="002026EA" w:rsidRPr="003140E5" w:rsidRDefault="002026EA">
            <w:pPr>
              <w:keepLines/>
              <w:widowControl w:val="0"/>
              <w:spacing w:line="120" w:lineRule="exact"/>
              <w:rPr>
                <w:lang w:val="nl-NL"/>
              </w:rPr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1202D335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A2D6CF8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Worstenbrood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BA37FD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€ 4,75</w:t>
                  </w:r>
                </w:p>
              </w:tc>
            </w:tr>
          </w:tbl>
          <w:p w14:paraId="116D5A1E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38D6F52F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26FDC7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Kindertosti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(ook glutenvrij mogelijk)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E27CB5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€ 5,00</w:t>
                  </w:r>
                </w:p>
              </w:tc>
            </w:tr>
          </w:tbl>
          <w:p w14:paraId="2988E637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1E87C9FC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F4932B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Kinderpannenkoek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(met verrassing)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8BE7B29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€ 7,00</w:t>
                  </w:r>
                </w:p>
              </w:tc>
            </w:tr>
          </w:tbl>
          <w:p w14:paraId="5A5C8636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1C5CF34C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95B244" w14:textId="77777777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Friet met kroket / frikandel / kaassoufflé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(met verrassing)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E49CB7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€ 6,75</w:t>
                  </w:r>
                </w:p>
              </w:tc>
            </w:tr>
          </w:tbl>
          <w:p w14:paraId="34EE63C8" w14:textId="77777777" w:rsidR="002026EA" w:rsidRDefault="002026EA">
            <w:pPr>
              <w:keepLines/>
              <w:widowControl w:val="0"/>
              <w:spacing w:line="42" w:lineRule="exact"/>
            </w:pPr>
          </w:p>
          <w:p w14:paraId="3876B9D6" w14:textId="77777777" w:rsidR="002026EA" w:rsidRDefault="002026EA">
            <w:pPr>
              <w:keepLines/>
              <w:widowControl w:val="0"/>
              <w:spacing w:line="140" w:lineRule="exact"/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419D7" w14:textId="77777777" w:rsidR="002026EA" w:rsidRDefault="002026EA">
            <w:pPr>
              <w:keepLines/>
              <w:widowControl w:val="0"/>
              <w:spacing w:line="20" w:lineRule="exact"/>
            </w:pPr>
          </w:p>
        </w:tc>
        <w:tc>
          <w:tcPr>
            <w:tcW w:w="51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01171" w14:textId="77777777" w:rsidR="002026EA" w:rsidRDefault="002026EA">
            <w:pPr>
              <w:keepLines/>
              <w:widowControl w:val="0"/>
              <w:spacing w:line="20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4433"/>
            </w:tblGrid>
            <w:tr w:rsidR="002026EA" w:rsidRPr="002128A2" w14:paraId="1A2E0572" w14:textId="77777777">
              <w:trPr>
                <w:cantSplit/>
                <w:trHeight w:val="652"/>
                <w:jc w:val="center"/>
              </w:trPr>
              <w:tc>
                <w:tcPr>
                  <w:tcW w:w="700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49E8B5" w14:textId="77777777" w:rsidR="002026EA" w:rsidRDefault="00000000">
                  <w:pPr>
                    <w:keepLines/>
                    <w:widowControl w:val="0"/>
                    <w:spacing w:line="440" w:lineRule="atLeast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2C9D528A" wp14:editId="2A743966">
                        <wp:extent cx="266700" cy="266700"/>
                        <wp:effectExtent l="0" t="0" r="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eten-6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33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711442" w14:textId="77777777" w:rsidR="002026EA" w:rsidRPr="003140E5" w:rsidRDefault="00000000">
                  <w:pPr>
                    <w:keepLines/>
                    <w:widowControl w:val="0"/>
                    <w:spacing w:line="280" w:lineRule="exact"/>
                    <w:ind w:right="380"/>
                    <w:jc w:val="center"/>
                    <w:rPr>
                      <w:lang w:val="nl-NL"/>
                    </w:rPr>
                  </w:pPr>
                  <w:r>
                    <w:rPr>
                      <w:rFonts w:ascii="Georgia" w:eastAsia="Georgia" w:hAnsi="Georgia"/>
                      <w:b/>
                      <w:color w:val="FFFFFF"/>
                      <w:spacing w:val="50"/>
                      <w:sz w:val="20"/>
                      <w:lang w:val="nl-NL"/>
                    </w:rPr>
                    <w:t>SALADES</w:t>
                  </w:r>
                </w:p>
                <w:p w14:paraId="77232421" w14:textId="77777777" w:rsidR="002026EA" w:rsidRPr="003140E5" w:rsidRDefault="00000000">
                  <w:pPr>
                    <w:keepLines/>
                    <w:widowControl w:val="0"/>
                    <w:spacing w:line="172" w:lineRule="exact"/>
                    <w:ind w:right="200"/>
                    <w:jc w:val="center"/>
                    <w:rPr>
                      <w:lang w:val="nl-NL"/>
                    </w:rPr>
                  </w:pPr>
                  <w:r>
                    <w:rPr>
                      <w:rFonts w:eastAsia="Calibri"/>
                      <w:i/>
                      <w:color w:val="FFFFFF"/>
                      <w:sz w:val="15"/>
                      <w:lang w:val="nl-NL"/>
                    </w:rPr>
                    <w:t>met brood en boter</w:t>
                  </w:r>
                </w:p>
              </w:tc>
            </w:tr>
          </w:tbl>
          <w:p w14:paraId="729398D7" w14:textId="77777777" w:rsidR="002026EA" w:rsidRPr="003140E5" w:rsidRDefault="002026EA">
            <w:pPr>
              <w:keepLines/>
              <w:widowControl w:val="0"/>
              <w:spacing w:line="120" w:lineRule="exact"/>
              <w:rPr>
                <w:lang w:val="nl-NL"/>
              </w:rPr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3C08FA37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35B5350" w14:textId="79CEBF9E" w:rsidR="002026EA" w:rsidRPr="006D29A6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Warme kip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sla, tomaat, komkommer, 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mais, 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rode ui, honingmosterddressing, chilimayo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 gebakken uitjes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197EA6D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€ 15,50</w:t>
                  </w:r>
                </w:p>
              </w:tc>
            </w:tr>
          </w:tbl>
          <w:p w14:paraId="3F73E6AD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0FC2FD76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653FDB" w14:textId="687FF7BB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Carpaccio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sla, zongedroogde tomaat,</w:t>
                  </w:r>
                  <w:r w:rsidR="0096556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rucola, 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pijnboompitten, </w:t>
                  </w:r>
                  <w:proofErr w:type="spellStart"/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parmezaanse</w:t>
                  </w:r>
                  <w:proofErr w:type="spellEnd"/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kaas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truffelmayonaise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34F9990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€ 16,50</w:t>
                  </w:r>
                </w:p>
              </w:tc>
            </w:tr>
          </w:tbl>
          <w:p w14:paraId="46824AAB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1D6EA27F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7761CF" w14:textId="04C0C5C9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Gerookte zalm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sla, tomaat, ei, komkommer, rode ui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dilledressing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1EFF3F3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€ 16,50</w:t>
                  </w:r>
                </w:p>
              </w:tc>
            </w:tr>
          </w:tbl>
          <w:p w14:paraId="385CA74C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:rsidRPr="002128A2" w14:paraId="7B9FBF84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8ADB2F" w14:textId="5D688A03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proofErr w:type="spellStart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Burrata</w:t>
                  </w:r>
                  <w:proofErr w:type="spellEnd"/>
                  <w:r>
                    <w:rPr>
                      <w:rFonts w:eastAsia="Calibri"/>
                      <w:color w:val="22221F"/>
                      <w:lang w:val="nl-NL"/>
                    </w:rPr>
                    <w:t xml:space="preserve"> </w:t>
                  </w:r>
                  <w:r>
                    <w:rPr>
                      <w:rFonts w:ascii="DejaVu Sans" w:eastAsia="DejaVu Sans" w:hAnsi="DejaVu Sans"/>
                      <w:color w:val="897D25"/>
                      <w:sz w:val="16"/>
                      <w:lang w:val="nl-NL"/>
                    </w:rPr>
                    <w:t>♡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sla, tomaat, pesto, rode ui, pijnboompitten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 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balsamico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078C57" w14:textId="5DF2CEB1" w:rsidR="002026EA" w:rsidRPr="003140E5" w:rsidRDefault="00000000">
                  <w:pPr>
                    <w:keepLines/>
                    <w:widowControl w:val="0"/>
                    <w:jc w:val="right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€ 15,50</w:t>
                  </w:r>
                  <w:r w:rsidR="003140E5">
                    <w:rPr>
                      <w:rFonts w:eastAsia="Calibri"/>
                      <w:b/>
                      <w:color w:val="ED620B"/>
                      <w:lang w:val="nl-NL"/>
                    </w:rPr>
                    <w:br/>
                  </w:r>
                </w:p>
              </w:tc>
            </w:tr>
          </w:tbl>
          <w:p w14:paraId="3A8329F5" w14:textId="77777777" w:rsidR="002026EA" w:rsidRPr="003140E5" w:rsidRDefault="002026EA">
            <w:pPr>
              <w:keepLines/>
              <w:widowControl w:val="0"/>
              <w:spacing w:line="42" w:lineRule="exact"/>
              <w:rPr>
                <w:lang w:val="nl-NL"/>
              </w:rPr>
            </w:pPr>
          </w:p>
          <w:p w14:paraId="54ED7159" w14:textId="6EB1BDC3" w:rsidR="002026EA" w:rsidRPr="003140E5" w:rsidRDefault="003140E5">
            <w:pPr>
              <w:keepLines/>
              <w:widowControl w:val="0"/>
              <w:spacing w:line="140" w:lineRule="exact"/>
              <w:rPr>
                <w:lang w:val="nl-NL"/>
              </w:rPr>
            </w:pPr>
            <w:r>
              <w:rPr>
                <w:rFonts w:eastAsia="Calibri"/>
                <w:i/>
                <w:color w:val="6D5A48"/>
                <w:sz w:val="16"/>
                <w:lang w:val="nl-NL"/>
              </w:rPr>
              <w:t>+ Voeg gebakken spekjes toe voor €1,00</w:t>
            </w:r>
            <w:r>
              <w:rPr>
                <w:rFonts w:eastAsia="Calibri"/>
                <w:i/>
                <w:color w:val="6D5A48"/>
                <w:sz w:val="16"/>
                <w:lang w:val="nl-NL"/>
              </w:rPr>
              <w:br/>
            </w: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4433"/>
            </w:tblGrid>
            <w:tr w:rsidR="002026EA" w:rsidRPr="002128A2" w14:paraId="59E8F1E7" w14:textId="77777777">
              <w:trPr>
                <w:cantSplit/>
                <w:trHeight w:val="652"/>
                <w:jc w:val="center"/>
              </w:trPr>
              <w:tc>
                <w:tcPr>
                  <w:tcW w:w="700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2238E7" w14:textId="77777777" w:rsidR="002026EA" w:rsidRDefault="00000000">
                  <w:pPr>
                    <w:keepLines/>
                    <w:widowControl w:val="0"/>
                    <w:spacing w:line="440" w:lineRule="atLeast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7CAB98C" wp14:editId="473D123D">
                        <wp:extent cx="266700" cy="266700"/>
                        <wp:effectExtent l="0" t="0" r="0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eten-7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33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EDBA08" w14:textId="77777777" w:rsidR="002026EA" w:rsidRPr="003140E5" w:rsidRDefault="00000000">
                  <w:pPr>
                    <w:keepLines/>
                    <w:widowControl w:val="0"/>
                    <w:spacing w:line="280" w:lineRule="exact"/>
                    <w:ind w:right="380"/>
                    <w:jc w:val="center"/>
                    <w:rPr>
                      <w:lang w:val="nl-NL"/>
                    </w:rPr>
                  </w:pPr>
                  <w:r>
                    <w:rPr>
                      <w:rFonts w:ascii="Georgia" w:eastAsia="Georgia" w:hAnsi="Georgia"/>
                      <w:b/>
                      <w:color w:val="FFFFFF"/>
                      <w:spacing w:val="50"/>
                      <w:sz w:val="20"/>
                      <w:lang w:val="nl-NL"/>
                    </w:rPr>
                    <w:t>TOSTI</w:t>
                  </w:r>
                </w:p>
                <w:p w14:paraId="7E067CA6" w14:textId="77777777" w:rsidR="002026EA" w:rsidRPr="003140E5" w:rsidRDefault="00000000">
                  <w:pPr>
                    <w:keepLines/>
                    <w:widowControl w:val="0"/>
                    <w:spacing w:line="172" w:lineRule="exact"/>
                    <w:ind w:right="200"/>
                    <w:jc w:val="center"/>
                    <w:rPr>
                      <w:lang w:val="nl-NL"/>
                    </w:rPr>
                  </w:pPr>
                  <w:r>
                    <w:rPr>
                      <w:rFonts w:eastAsia="Calibri"/>
                      <w:i/>
                      <w:color w:val="FFFFFF"/>
                      <w:sz w:val="15"/>
                      <w:lang w:val="nl-NL"/>
                    </w:rPr>
                    <w:t xml:space="preserve">Keuze uit wit of </w:t>
                  </w:r>
                  <w:proofErr w:type="spellStart"/>
                  <w:r>
                    <w:rPr>
                      <w:rFonts w:eastAsia="Calibri"/>
                      <w:i/>
                      <w:color w:val="FFFFFF"/>
                      <w:sz w:val="15"/>
                      <w:lang w:val="nl-NL"/>
                    </w:rPr>
                    <w:t>oerbruin</w:t>
                  </w:r>
                  <w:proofErr w:type="spellEnd"/>
                  <w:r>
                    <w:rPr>
                      <w:rFonts w:eastAsia="Calibri"/>
                      <w:i/>
                      <w:color w:val="FFFFFF"/>
                      <w:sz w:val="15"/>
                      <w:lang w:val="nl-NL"/>
                    </w:rPr>
                    <w:t>, met frisse salade</w:t>
                  </w:r>
                </w:p>
              </w:tc>
            </w:tr>
          </w:tbl>
          <w:p w14:paraId="5894FFA9" w14:textId="77777777" w:rsidR="002026EA" w:rsidRPr="003140E5" w:rsidRDefault="002026EA">
            <w:pPr>
              <w:keepLines/>
              <w:widowControl w:val="0"/>
              <w:spacing w:line="120" w:lineRule="exact"/>
              <w:rPr>
                <w:lang w:val="nl-NL"/>
              </w:rPr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206E959A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20E0F1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Ham/Kaas*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36262A0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€ 7,00</w:t>
                  </w:r>
                </w:p>
              </w:tc>
            </w:tr>
          </w:tbl>
          <w:p w14:paraId="4D6E09FD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1D77808D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820EF9" w14:textId="2AB5923B" w:rsidR="002026EA" w:rsidRPr="006D29A6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proofErr w:type="spellStart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Caprese</w:t>
                  </w:r>
                  <w:proofErr w:type="spellEnd"/>
                  <w:r>
                    <w:rPr>
                      <w:rFonts w:eastAsia="Calibri"/>
                      <w:color w:val="22221F"/>
                      <w:lang w:val="nl-NL"/>
                    </w:rPr>
                    <w:t xml:space="preserve"> </w:t>
                  </w:r>
                  <w:r>
                    <w:rPr>
                      <w:rFonts w:ascii="DejaVu Sans" w:eastAsia="DejaVu Sans" w:hAnsi="DejaVu Sans"/>
                      <w:color w:val="897D25"/>
                      <w:sz w:val="16"/>
                      <w:lang w:val="nl-NL"/>
                    </w:rPr>
                    <w:t>♡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kaas, tomaat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pesto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8514B0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€ 7,50</w:t>
                  </w:r>
                </w:p>
              </w:tc>
            </w:tr>
          </w:tbl>
          <w:p w14:paraId="0C8B682F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7C1C2FD0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288713" w14:textId="175F087F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Italiano</w:t>
                  </w:r>
                  <w:r w:rsidR="003140E5">
                    <w:rPr>
                      <w:rFonts w:eastAsia="Calibri"/>
                      <w:b/>
                      <w:color w:val="22221F"/>
                      <w:lang w:val="nl-NL"/>
                    </w:rPr>
                    <w:t>*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kaas, </w:t>
                  </w:r>
                  <w:proofErr w:type="spellStart"/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serranoham</w:t>
                  </w:r>
                  <w:proofErr w:type="spellEnd"/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, zongedroogde tomaat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 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pesto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D2BFFD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€ 7,50</w:t>
                  </w:r>
                </w:p>
              </w:tc>
            </w:tr>
          </w:tbl>
          <w:p w14:paraId="606335C6" w14:textId="77777777" w:rsidR="002026EA" w:rsidRDefault="002026EA">
            <w:pPr>
              <w:keepLines/>
              <w:widowControl w:val="0"/>
              <w:spacing w:line="42" w:lineRule="exact"/>
            </w:pPr>
          </w:p>
          <w:p w14:paraId="5912C678" w14:textId="549B99C0" w:rsidR="002026EA" w:rsidRDefault="006D29A6">
            <w:pPr>
              <w:keepLines/>
              <w:widowControl w:val="0"/>
              <w:spacing w:after="60" w:line="184" w:lineRule="exact"/>
            </w:pPr>
            <w:r>
              <w:rPr>
                <w:rFonts w:eastAsia="Calibri"/>
                <w:i/>
                <w:color w:val="6D5A48"/>
                <w:sz w:val="16"/>
                <w:lang w:val="nl-NL"/>
              </w:rPr>
              <w:br/>
              <w:t>*Kan ook vegetarisch gemaakt worden</w:t>
            </w:r>
          </w:p>
          <w:p w14:paraId="4054C5C1" w14:textId="77777777" w:rsidR="002026EA" w:rsidRDefault="002026EA">
            <w:pPr>
              <w:keepLines/>
              <w:widowControl w:val="0"/>
              <w:spacing w:line="140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4433"/>
            </w:tblGrid>
            <w:tr w:rsidR="002026EA" w14:paraId="7F3E7B0D" w14:textId="77777777">
              <w:trPr>
                <w:cantSplit/>
                <w:trHeight w:val="460"/>
                <w:jc w:val="center"/>
              </w:trPr>
              <w:tc>
                <w:tcPr>
                  <w:tcW w:w="700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3366FE" w14:textId="77777777" w:rsidR="002026EA" w:rsidRDefault="00000000">
                  <w:pPr>
                    <w:keepLines/>
                    <w:widowControl w:val="0"/>
                    <w:spacing w:line="440" w:lineRule="atLeast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CF19AF6" wp14:editId="2BD278F4">
                        <wp:extent cx="266700" cy="266700"/>
                        <wp:effectExtent l="0" t="0" r="0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eten-8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33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02C4A3" w14:textId="77777777" w:rsidR="002026EA" w:rsidRDefault="00000000">
                  <w:pPr>
                    <w:keepLines/>
                    <w:widowControl w:val="0"/>
                    <w:spacing w:line="280" w:lineRule="exact"/>
                    <w:ind w:right="380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FFFFF"/>
                      <w:spacing w:val="50"/>
                      <w:sz w:val="20"/>
                      <w:lang w:val="nl-NL"/>
                    </w:rPr>
                    <w:t>BORREL</w:t>
                  </w:r>
                </w:p>
              </w:tc>
            </w:tr>
          </w:tbl>
          <w:p w14:paraId="1B0399C3" w14:textId="77777777" w:rsidR="002026EA" w:rsidRDefault="002026EA">
            <w:pPr>
              <w:keepLines/>
              <w:widowControl w:val="0"/>
              <w:spacing w:line="120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33"/>
            </w:tblGrid>
            <w:tr w:rsidR="002026EA" w14:paraId="3718529E" w14:textId="77777777">
              <w:trPr>
                <w:cantSplit/>
                <w:jc w:val="center"/>
              </w:trPr>
              <w:tc>
                <w:tcPr>
                  <w:tcW w:w="51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2E8103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Brood met smeerseltrio</w:t>
                  </w:r>
                </w:p>
              </w:tc>
            </w:tr>
          </w:tbl>
          <w:p w14:paraId="3B263B0F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6E6EBDC5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B4891D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Bitterballen (8)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FCEF21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€ 7,25</w:t>
                  </w:r>
                </w:p>
              </w:tc>
            </w:tr>
          </w:tbl>
          <w:p w14:paraId="29732747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0ECD2311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B69A3F" w14:textId="77777777" w:rsidR="002026EA" w:rsidRDefault="00000000">
                  <w:pPr>
                    <w:keepLines/>
                    <w:widowControl w:val="0"/>
                  </w:pPr>
                  <w:proofErr w:type="spellStart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Vegan</w:t>
                  </w:r>
                  <w:proofErr w:type="spellEnd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 xml:space="preserve"> bitterballen (8)</w:t>
                  </w:r>
                  <w:r>
                    <w:rPr>
                      <w:rFonts w:eastAsia="Calibri"/>
                      <w:color w:val="22221F"/>
                      <w:lang w:val="nl-NL"/>
                    </w:rPr>
                    <w:t xml:space="preserve"> </w:t>
                  </w:r>
                  <w:r>
                    <w:rPr>
                      <w:rFonts w:ascii="DejaVu Sans" w:eastAsia="DejaVu Sans" w:hAnsi="DejaVu Sans"/>
                      <w:color w:val="897D25"/>
                      <w:sz w:val="16"/>
                      <w:lang w:val="nl-NL"/>
                    </w:rPr>
                    <w:t>♡♡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48395B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€ 7,00</w:t>
                  </w:r>
                </w:p>
              </w:tc>
            </w:tr>
          </w:tbl>
          <w:p w14:paraId="6EC6EFD5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6449E247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EBA21B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Bittergarnituur (8)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B6DD05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€ 7,75</w:t>
                  </w:r>
                </w:p>
              </w:tc>
            </w:tr>
          </w:tbl>
          <w:p w14:paraId="017AB95B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02B3C87A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257953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Kaastengels (8)</w:t>
                  </w:r>
                  <w:r>
                    <w:rPr>
                      <w:rFonts w:eastAsia="Calibri"/>
                      <w:color w:val="22221F"/>
                      <w:lang w:val="nl-NL"/>
                    </w:rPr>
                    <w:t xml:space="preserve"> </w:t>
                  </w:r>
                  <w:r>
                    <w:rPr>
                      <w:rFonts w:ascii="DejaVu Sans" w:eastAsia="DejaVu Sans" w:hAnsi="DejaVu Sans"/>
                      <w:color w:val="897D25"/>
                      <w:sz w:val="16"/>
                      <w:lang w:val="nl-NL"/>
                    </w:rPr>
                    <w:t>♡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AC57DF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€ 8,75</w:t>
                  </w:r>
                </w:p>
              </w:tc>
            </w:tr>
          </w:tbl>
          <w:p w14:paraId="461EA837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7BEAC2D7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283328" w14:textId="7A13F54B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proofErr w:type="spellStart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Nacho’s</w:t>
                  </w:r>
                  <w:proofErr w:type="spellEnd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 xml:space="preserve"> Knus*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tomatensalsa, crème fraîche, chilisaus, geraspte kaas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spekjes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E3F429A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€ 12,75</w:t>
                  </w:r>
                </w:p>
              </w:tc>
            </w:tr>
          </w:tbl>
          <w:p w14:paraId="7841BB72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2E87F1A5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CC102AC" w14:textId="68414126" w:rsidR="002026EA" w:rsidRDefault="00000000">
                  <w:pPr>
                    <w:keepLines/>
                    <w:widowControl w:val="0"/>
                  </w:pPr>
                  <w:r w:rsidRPr="003140E5">
                    <w:rPr>
                      <w:rFonts w:eastAsia="Calibri"/>
                      <w:b/>
                      <w:color w:val="22221F"/>
                    </w:rPr>
                    <w:t>Nacho’s Pulled Chicken</w:t>
                  </w:r>
                  <w:r w:rsidRPr="003140E5">
                    <w:rPr>
                      <w:rFonts w:eastAsia="Calibri"/>
                      <w:i/>
                      <w:color w:val="6D5A48"/>
                      <w:sz w:val="16"/>
                    </w:rPr>
                    <w:t xml:space="preserve"> pulled chicken, BBQ-</w:t>
                  </w:r>
                  <w:proofErr w:type="spellStart"/>
                  <w:r w:rsidRPr="003140E5">
                    <w:rPr>
                      <w:rFonts w:eastAsia="Calibri"/>
                      <w:i/>
                      <w:color w:val="6D5A48"/>
                      <w:sz w:val="16"/>
                    </w:rPr>
                    <w:t>saus</w:t>
                  </w:r>
                  <w:proofErr w:type="spellEnd"/>
                  <w:r w:rsidRPr="003140E5">
                    <w:rPr>
                      <w:rFonts w:eastAsia="Calibri"/>
                      <w:i/>
                      <w:color w:val="6D5A48"/>
                      <w:sz w:val="16"/>
                    </w:rPr>
                    <w:t xml:space="preserve">, crème </w:t>
                  </w:r>
                  <w:r w:rsidR="006D29A6">
                    <w:rPr>
                      <w:rFonts w:eastAsia="Calibri"/>
                      <w:i/>
                      <w:color w:val="6D5A48"/>
                      <w:sz w:val="16"/>
                    </w:rPr>
                    <w:t xml:space="preserve">fraiche </w:t>
                  </w:r>
                  <w:proofErr w:type="spellStart"/>
                  <w:r w:rsidR="006D29A6">
                    <w:rPr>
                      <w:rFonts w:eastAsia="Calibri"/>
                      <w:i/>
                      <w:color w:val="6D5A48"/>
                      <w:sz w:val="16"/>
                    </w:rPr>
                    <w:t>en</w:t>
                  </w:r>
                  <w:proofErr w:type="spellEnd"/>
                  <w:r w:rsidR="006D29A6">
                    <w:rPr>
                      <w:rFonts w:eastAsia="Calibri"/>
                      <w:i/>
                      <w:color w:val="6D5A48"/>
                      <w:sz w:val="16"/>
                    </w:rPr>
                    <w:t xml:space="preserve"> </w:t>
                  </w:r>
                  <w:proofErr w:type="spellStart"/>
                  <w:r w:rsidRPr="003140E5">
                    <w:rPr>
                      <w:rFonts w:eastAsia="Calibri"/>
                      <w:i/>
                      <w:color w:val="6D5A48"/>
                      <w:sz w:val="16"/>
                    </w:rPr>
                    <w:t>geraspte</w:t>
                  </w:r>
                  <w:proofErr w:type="spellEnd"/>
                  <w:r w:rsidR="006D29A6">
                    <w:rPr>
                      <w:rFonts w:eastAsia="Calibri"/>
                      <w:i/>
                      <w:color w:val="6D5A48"/>
                      <w:sz w:val="16"/>
                    </w:rPr>
                    <w:t xml:space="preserve"> </w:t>
                  </w:r>
                  <w:r w:rsidRPr="003140E5">
                    <w:rPr>
                      <w:rFonts w:eastAsia="Calibri"/>
                      <w:i/>
                      <w:color w:val="6D5A48"/>
                      <w:sz w:val="16"/>
                    </w:rPr>
                    <w:t>kaas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903681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€ 12,75</w:t>
                  </w:r>
                </w:p>
              </w:tc>
            </w:tr>
          </w:tbl>
          <w:p w14:paraId="304E074E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:rsidRPr="002128A2" w14:paraId="54CD9A91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7B164D" w14:textId="6DB1388E" w:rsidR="002026EA" w:rsidRPr="006D29A6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proofErr w:type="spellStart"/>
                  <w:r w:rsidRPr="006D29A6">
                    <w:rPr>
                      <w:rFonts w:eastAsia="Calibri"/>
                      <w:b/>
                      <w:color w:val="22221F"/>
                      <w:lang w:val="nl-NL"/>
                    </w:rPr>
                    <w:t>Nacho’s</w:t>
                  </w:r>
                  <w:proofErr w:type="spellEnd"/>
                  <w:r w:rsidRPr="006D29A6">
                    <w:rPr>
                      <w:rFonts w:eastAsia="Calibri"/>
                      <w:b/>
                      <w:color w:val="22221F"/>
                      <w:lang w:val="nl-NL"/>
                    </w:rPr>
                    <w:t xml:space="preserve"> </w:t>
                  </w:r>
                  <w:proofErr w:type="spellStart"/>
                  <w:r w:rsidRPr="006D29A6">
                    <w:rPr>
                      <w:rFonts w:eastAsia="Calibri"/>
                      <w:b/>
                      <w:color w:val="22221F"/>
                      <w:lang w:val="nl-NL"/>
                    </w:rPr>
                    <w:t>Guacamole</w:t>
                  </w:r>
                  <w:proofErr w:type="spellEnd"/>
                  <w:r w:rsidRPr="006D29A6">
                    <w:rPr>
                      <w:rFonts w:eastAsia="Calibri"/>
                      <w:color w:val="22221F"/>
                      <w:lang w:val="nl-NL"/>
                    </w:rPr>
                    <w:t xml:space="preserve"> </w:t>
                  </w:r>
                  <w:r w:rsidRPr="006D29A6">
                    <w:rPr>
                      <w:rFonts w:ascii="DejaVu Sans" w:eastAsia="DejaVu Sans" w:hAnsi="DejaVu Sans"/>
                      <w:color w:val="897D25"/>
                      <w:sz w:val="16"/>
                      <w:lang w:val="nl-NL"/>
                    </w:rPr>
                    <w:t>♡</w:t>
                  </w:r>
                  <w:r w:rsidRP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chilisaus, </w:t>
                  </w:r>
                  <w:proofErr w:type="spellStart"/>
                  <w:r w:rsidRP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guacamole</w:t>
                  </w:r>
                  <w:proofErr w:type="spellEnd"/>
                  <w:r w:rsidRP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, crème </w:t>
                  </w:r>
                  <w:proofErr w:type="spellStart"/>
                  <w:r w:rsidR="006D29A6" w:rsidRP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fraiche</w:t>
                  </w:r>
                  <w:proofErr w:type="spellEnd"/>
                  <w:r w:rsidR="006D29A6" w:rsidRP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 </w:t>
                  </w:r>
                  <w:r w:rsidRP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geraspte kaas</w:t>
                  </w:r>
                  <w:r w:rsidR="006D29A6" w:rsidRPr="006D29A6"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br/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134F14" w14:textId="77777777" w:rsidR="002026EA" w:rsidRPr="003140E5" w:rsidRDefault="00000000">
                  <w:pPr>
                    <w:keepLines/>
                    <w:widowControl w:val="0"/>
                    <w:jc w:val="right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€ 12,75</w:t>
                  </w:r>
                </w:p>
              </w:tc>
            </w:tr>
          </w:tbl>
          <w:p w14:paraId="6EAF8085" w14:textId="77777777" w:rsidR="002026EA" w:rsidRPr="003140E5" w:rsidRDefault="002026EA">
            <w:pPr>
              <w:keepLines/>
              <w:widowControl w:val="0"/>
              <w:spacing w:line="42" w:lineRule="exact"/>
              <w:rPr>
                <w:lang w:val="nl-NL"/>
              </w:rPr>
            </w:pPr>
          </w:p>
          <w:p w14:paraId="5DE251F8" w14:textId="2E50CDFE" w:rsidR="002026EA" w:rsidRPr="003140E5" w:rsidRDefault="00000000">
            <w:pPr>
              <w:keepLines/>
              <w:widowControl w:val="0"/>
              <w:spacing w:after="60" w:line="184" w:lineRule="exact"/>
              <w:rPr>
                <w:lang w:val="nl-NL"/>
              </w:rPr>
            </w:pPr>
            <w:r>
              <w:rPr>
                <w:rFonts w:eastAsia="Calibri"/>
                <w:i/>
                <w:color w:val="6D5A48"/>
                <w:sz w:val="16"/>
                <w:lang w:val="nl-NL"/>
              </w:rPr>
              <w:t>*Kan ook zonder spekjes worden gemaakt</w:t>
            </w:r>
            <w:r w:rsidR="003140E5">
              <w:rPr>
                <w:rFonts w:eastAsia="Calibri"/>
                <w:i/>
                <w:color w:val="6D5A48"/>
                <w:sz w:val="16"/>
                <w:lang w:val="nl-NL"/>
              </w:rPr>
              <w:br/>
              <w:t xml:space="preserve">+ Voeg gebakken spekjes toe voor €1,00 </w:t>
            </w:r>
          </w:p>
          <w:p w14:paraId="4E6F8769" w14:textId="77777777" w:rsidR="002026EA" w:rsidRPr="003140E5" w:rsidRDefault="002026EA">
            <w:pPr>
              <w:keepLines/>
              <w:widowControl w:val="0"/>
              <w:spacing w:line="140" w:lineRule="exact"/>
              <w:rPr>
                <w:lang w:val="nl-NL"/>
              </w:rPr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4433"/>
            </w:tblGrid>
            <w:tr w:rsidR="002026EA" w14:paraId="1500251A" w14:textId="77777777">
              <w:trPr>
                <w:cantSplit/>
                <w:trHeight w:val="460"/>
                <w:jc w:val="center"/>
              </w:trPr>
              <w:tc>
                <w:tcPr>
                  <w:tcW w:w="700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AAABB3" w14:textId="33C56FCA" w:rsidR="002026EA" w:rsidRDefault="00676843">
                  <w:pPr>
                    <w:keepLines/>
                    <w:widowControl w:val="0"/>
                    <w:spacing w:line="440" w:lineRule="atLeast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385E6AA8" wp14:editId="192E7372">
                        <wp:extent cx="266700" cy="266700"/>
                        <wp:effectExtent l="0" t="0" r="0" b="0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eten-10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33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89C2B9" w14:textId="77777777" w:rsidR="002026EA" w:rsidRDefault="00000000">
                  <w:pPr>
                    <w:keepLines/>
                    <w:widowControl w:val="0"/>
                    <w:spacing w:line="280" w:lineRule="exact"/>
                    <w:ind w:right="380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FFFFF"/>
                      <w:spacing w:val="50"/>
                      <w:sz w:val="20"/>
                      <w:lang w:val="nl-NL"/>
                    </w:rPr>
                    <w:t>ZOETIGHEID</w:t>
                  </w:r>
                </w:p>
              </w:tc>
            </w:tr>
          </w:tbl>
          <w:p w14:paraId="419C0D85" w14:textId="77777777" w:rsidR="002026EA" w:rsidRDefault="002026EA">
            <w:pPr>
              <w:keepLines/>
              <w:widowControl w:val="0"/>
              <w:spacing w:line="120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61CCD6F1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ABF6E34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Appeltaart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(met slagroom)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F36DEC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€ 4,50</w:t>
                  </w:r>
                </w:p>
              </w:tc>
            </w:tr>
          </w:tbl>
          <w:p w14:paraId="0A5EBE16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37BD3E26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AEFFFF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Red velvet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9FC7B5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€ 5,00</w:t>
                  </w:r>
                </w:p>
              </w:tc>
            </w:tr>
          </w:tbl>
          <w:p w14:paraId="72061803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2D6CFD01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ED40D9E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Gebakje van de week *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81B6134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€ 5,00</w:t>
                  </w:r>
                </w:p>
              </w:tc>
            </w:tr>
          </w:tbl>
          <w:p w14:paraId="4932E588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0E9D0FAF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9C67E6" w14:textId="77777777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Wafel</w:t>
                  </w:r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(met poedersuiker en slagroom)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4AC60F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€ 5,00</w:t>
                  </w:r>
                </w:p>
              </w:tc>
            </w:tr>
          </w:tbl>
          <w:p w14:paraId="3A6F6512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21144171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853BBA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 xml:space="preserve">Wafel cookie </w:t>
                  </w:r>
                  <w:proofErr w:type="spellStart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crumble</w:t>
                  </w:r>
                  <w:proofErr w:type="spellEnd"/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(met slagroom, cookie </w:t>
                  </w:r>
                  <w:proofErr w:type="spellStart"/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>crumble</w:t>
                  </w:r>
                  <w:proofErr w:type="spellEnd"/>
                  <w:r>
                    <w:rPr>
                      <w:rFonts w:eastAsia="Calibri"/>
                      <w:i/>
                      <w:color w:val="6D5A48"/>
                      <w:sz w:val="16"/>
                      <w:lang w:val="nl-NL"/>
                    </w:rPr>
                    <w:t xml:space="preserve"> en witte chocoladesaus)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85146C2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€ 6,00</w:t>
                  </w:r>
                </w:p>
              </w:tc>
            </w:tr>
          </w:tbl>
          <w:p w14:paraId="211F5209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33"/>
            </w:tblGrid>
            <w:tr w:rsidR="002026EA" w:rsidRPr="002128A2" w14:paraId="44515352" w14:textId="77777777">
              <w:trPr>
                <w:cantSplit/>
                <w:jc w:val="center"/>
              </w:trPr>
              <w:tc>
                <w:tcPr>
                  <w:tcW w:w="51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99AEFC5" w14:textId="77777777" w:rsidR="002026EA" w:rsidRPr="003140E5" w:rsidRDefault="00000000">
                  <w:pPr>
                    <w:keepLines/>
                    <w:widowControl w:val="0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 xml:space="preserve">Carte </w:t>
                  </w:r>
                  <w:proofErr w:type="spellStart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D’Or</w:t>
                  </w:r>
                  <w:proofErr w:type="spellEnd"/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 xml:space="preserve"> ijshoorntje / coupe*</w:t>
                  </w:r>
                </w:p>
                <w:p w14:paraId="57ED43DD" w14:textId="77777777" w:rsidR="002026EA" w:rsidRPr="003140E5" w:rsidRDefault="00000000">
                  <w:pPr>
                    <w:keepLines/>
                    <w:widowControl w:val="0"/>
                    <w:jc w:val="right"/>
                    <w:rPr>
                      <w:lang w:val="nl-NL"/>
                    </w:rPr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€ 1,50 per bol / € 4,25</w:t>
                  </w:r>
                </w:p>
              </w:tc>
            </w:tr>
          </w:tbl>
          <w:p w14:paraId="7EF6490D" w14:textId="77777777" w:rsidR="002026EA" w:rsidRPr="003140E5" w:rsidRDefault="002026EA">
            <w:pPr>
              <w:keepLines/>
              <w:widowControl w:val="0"/>
              <w:spacing w:line="42" w:lineRule="exact"/>
              <w:rPr>
                <w:lang w:val="nl-NL"/>
              </w:rPr>
            </w:pPr>
          </w:p>
          <w:p w14:paraId="495D76E0" w14:textId="77777777" w:rsidR="002026EA" w:rsidRDefault="00000000">
            <w:pPr>
              <w:keepLines/>
              <w:widowControl w:val="0"/>
              <w:spacing w:after="60" w:line="184" w:lineRule="exact"/>
            </w:pPr>
            <w:r>
              <w:rPr>
                <w:rFonts w:eastAsia="Calibri"/>
                <w:i/>
                <w:color w:val="6D5A48"/>
                <w:sz w:val="16"/>
                <w:lang w:val="nl-NL"/>
              </w:rPr>
              <w:t>*Vraag naar het aanbod</w:t>
            </w:r>
          </w:p>
          <w:p w14:paraId="21A652A8" w14:textId="77777777" w:rsidR="002026EA" w:rsidRDefault="002026EA">
            <w:pPr>
              <w:keepLines/>
              <w:widowControl w:val="0"/>
              <w:spacing w:line="140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4433"/>
            </w:tblGrid>
            <w:tr w:rsidR="002026EA" w14:paraId="73841B38" w14:textId="77777777">
              <w:trPr>
                <w:cantSplit/>
                <w:trHeight w:val="460"/>
                <w:jc w:val="center"/>
              </w:trPr>
              <w:tc>
                <w:tcPr>
                  <w:tcW w:w="700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BDC45C" w14:textId="77777777" w:rsidR="002026EA" w:rsidRDefault="00000000">
                  <w:pPr>
                    <w:keepLines/>
                    <w:widowControl w:val="0"/>
                    <w:spacing w:line="440" w:lineRule="atLeast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6C312F0D" wp14:editId="35E6FC56">
                        <wp:extent cx="266700" cy="266700"/>
                        <wp:effectExtent l="0" t="0" r="0" b="0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eten-5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33" w:type="dxa"/>
                  <w:shd w:val="clear" w:color="auto" w:fill="897D2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22C247" w14:textId="77777777" w:rsidR="002026EA" w:rsidRDefault="00000000">
                  <w:pPr>
                    <w:keepLines/>
                    <w:widowControl w:val="0"/>
                    <w:spacing w:line="280" w:lineRule="exact"/>
                    <w:ind w:right="380"/>
                    <w:jc w:val="center"/>
                  </w:pPr>
                  <w:r>
                    <w:rPr>
                      <w:rFonts w:ascii="Georgia" w:eastAsia="Georgia" w:hAnsi="Georgia"/>
                      <w:b/>
                      <w:color w:val="FFFFFF"/>
                      <w:spacing w:val="50"/>
                      <w:sz w:val="20"/>
                      <w:lang w:val="nl-NL"/>
                    </w:rPr>
                    <w:t>PANNENKOEKEN</w:t>
                  </w:r>
                </w:p>
              </w:tc>
            </w:tr>
          </w:tbl>
          <w:p w14:paraId="2E15363F" w14:textId="77777777" w:rsidR="002026EA" w:rsidRDefault="002026EA">
            <w:pPr>
              <w:keepLines/>
              <w:widowControl w:val="0"/>
              <w:spacing w:line="120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6"/>
              <w:gridCol w:w="617"/>
            </w:tblGrid>
            <w:tr w:rsidR="002026EA" w14:paraId="3E424EAD" w14:textId="77777777">
              <w:trPr>
                <w:cantSplit/>
                <w:jc w:val="center"/>
              </w:trPr>
              <w:tc>
                <w:tcPr>
                  <w:tcW w:w="45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CECEF2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Pannenkoek naturel</w:t>
                  </w:r>
                </w:p>
              </w:tc>
              <w:tc>
                <w:tcPr>
                  <w:tcW w:w="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E625BB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€ 9,00</w:t>
                  </w:r>
                </w:p>
              </w:tc>
            </w:tr>
          </w:tbl>
          <w:p w14:paraId="10D1113A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75205C03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F8E9166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Pannenkoek appel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6CB9CA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€ 10,00</w:t>
                  </w:r>
                </w:p>
              </w:tc>
            </w:tr>
          </w:tbl>
          <w:p w14:paraId="7576D2ED" w14:textId="77777777" w:rsidR="002026EA" w:rsidRDefault="002026EA">
            <w:pPr>
              <w:keepLines/>
              <w:widowControl w:val="0"/>
              <w:spacing w:line="42" w:lineRule="exact"/>
            </w:pPr>
          </w:p>
          <w:tbl>
            <w:tblPr>
              <w:tblW w:w="513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4"/>
              <w:gridCol w:w="709"/>
            </w:tblGrid>
            <w:tr w:rsidR="002026EA" w14:paraId="4B233243" w14:textId="77777777">
              <w:trPr>
                <w:cantSplit/>
                <w:jc w:val="center"/>
              </w:trPr>
              <w:tc>
                <w:tcPr>
                  <w:tcW w:w="442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86C767" w14:textId="77777777" w:rsidR="002026EA" w:rsidRDefault="00000000">
                  <w:pPr>
                    <w:keepLines/>
                    <w:widowControl w:val="0"/>
                  </w:pPr>
                  <w:r>
                    <w:rPr>
                      <w:rFonts w:eastAsia="Calibri"/>
                      <w:b/>
                      <w:color w:val="22221F"/>
                      <w:lang w:val="nl-NL"/>
                    </w:rPr>
                    <w:t>Pannenkoek spek</w:t>
                  </w:r>
                </w:p>
              </w:tc>
              <w:tc>
                <w:tcPr>
                  <w:tcW w:w="7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9CBD9E" w14:textId="77777777" w:rsidR="002026EA" w:rsidRDefault="00000000">
                  <w:pPr>
                    <w:keepLines/>
                    <w:widowControl w:val="0"/>
                    <w:jc w:val="right"/>
                  </w:pPr>
                  <w:r>
                    <w:rPr>
                      <w:rFonts w:eastAsia="Calibri"/>
                      <w:b/>
                      <w:color w:val="ED620B"/>
                      <w:lang w:val="nl-NL"/>
                    </w:rPr>
                    <w:t>€ 11,50</w:t>
                  </w:r>
                </w:p>
              </w:tc>
            </w:tr>
          </w:tbl>
          <w:p w14:paraId="204C0258" w14:textId="77777777" w:rsidR="002026EA" w:rsidRDefault="002026EA">
            <w:pPr>
              <w:keepLines/>
              <w:widowControl w:val="0"/>
              <w:spacing w:line="42" w:lineRule="exact"/>
            </w:pPr>
          </w:p>
          <w:p w14:paraId="1F02A0D2" w14:textId="77777777" w:rsidR="002026EA" w:rsidRDefault="002026EA">
            <w:pPr>
              <w:keepLines/>
              <w:widowControl w:val="0"/>
              <w:spacing w:line="140" w:lineRule="exact"/>
            </w:pPr>
          </w:p>
        </w:tc>
      </w:tr>
    </w:tbl>
    <w:p w14:paraId="318DF276" w14:textId="77777777" w:rsidR="00D5500A" w:rsidRDefault="00D5500A"/>
    <w:sectPr w:rsidR="00D5500A" w:rsidSect="00034616">
      <w:footerReference w:type="default" r:id="rId19"/>
      <w:pgSz w:w="11906" w:h="16838"/>
      <w:pgMar w:top="290" w:right="620" w:bottom="360" w:left="620" w:header="0" w:footer="1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82B35" w14:textId="77777777" w:rsidR="003874C9" w:rsidRDefault="003874C9">
      <w:pPr>
        <w:spacing w:line="240" w:lineRule="auto"/>
      </w:pPr>
      <w:r>
        <w:separator/>
      </w:r>
    </w:p>
  </w:endnote>
  <w:endnote w:type="continuationSeparator" w:id="0">
    <w:p w14:paraId="7C73BFBB" w14:textId="77777777" w:rsidR="003874C9" w:rsidRDefault="003874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11552" w14:textId="77777777" w:rsidR="002026EA" w:rsidRDefault="00000000">
    <w:pPr>
      <w:pStyle w:val="Voettekst"/>
      <w:keepLines/>
      <w:widowControl w:val="0"/>
      <w:spacing w:line="180" w:lineRule="exact"/>
      <w:jc w:val="center"/>
    </w:pPr>
    <w:r>
      <w:rPr>
        <w:rFonts w:ascii="DejaVu Sans" w:eastAsia="DejaVu Sans" w:hAnsi="DejaVu Sans"/>
        <w:color w:val="ED620B"/>
        <w:sz w:val="12"/>
        <w:lang w:val="nl-NL"/>
      </w:rPr>
      <w:t xml:space="preserve">♥   </w:t>
    </w:r>
    <w:r>
      <w:rPr>
        <w:rFonts w:eastAsia="Calibri"/>
        <w:color w:val="897D25"/>
        <w:spacing w:val="20"/>
        <w:sz w:val="15"/>
        <w:lang w:val="nl-NL"/>
      </w:rPr>
      <w:t>ETEN • DRINKEN • SAMEN GENIETEN</w:t>
    </w:r>
    <w:r>
      <w:rPr>
        <w:rFonts w:ascii="DejaVu Sans" w:eastAsia="DejaVu Sans" w:hAnsi="DejaVu Sans"/>
        <w:color w:val="ED620B"/>
        <w:sz w:val="12"/>
        <w:lang w:val="nl-NL"/>
      </w:rPr>
      <w:t xml:space="preserve">   ♥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7BB75" w14:textId="77777777" w:rsidR="003874C9" w:rsidRDefault="003874C9">
      <w:pPr>
        <w:spacing w:line="240" w:lineRule="auto"/>
      </w:pPr>
      <w:r>
        <w:separator/>
      </w:r>
    </w:p>
  </w:footnote>
  <w:footnote w:type="continuationSeparator" w:id="0">
    <w:p w14:paraId="74B88778" w14:textId="77777777" w:rsidR="003874C9" w:rsidRDefault="003874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5956723">
    <w:abstractNumId w:val="8"/>
  </w:num>
  <w:num w:numId="2" w16cid:durableId="1670674339">
    <w:abstractNumId w:val="6"/>
  </w:num>
  <w:num w:numId="3" w16cid:durableId="864517401">
    <w:abstractNumId w:val="5"/>
  </w:num>
  <w:num w:numId="4" w16cid:durableId="412549887">
    <w:abstractNumId w:val="4"/>
  </w:num>
  <w:num w:numId="5" w16cid:durableId="1737043555">
    <w:abstractNumId w:val="7"/>
  </w:num>
  <w:num w:numId="6" w16cid:durableId="1854105323">
    <w:abstractNumId w:val="3"/>
  </w:num>
  <w:num w:numId="7" w16cid:durableId="1484814176">
    <w:abstractNumId w:val="2"/>
  </w:num>
  <w:num w:numId="8" w16cid:durableId="1809778327">
    <w:abstractNumId w:val="1"/>
  </w:num>
  <w:num w:numId="9" w16cid:durableId="1754159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0621"/>
    <w:rsid w:val="0015074B"/>
    <w:rsid w:val="002026EA"/>
    <w:rsid w:val="002128A2"/>
    <w:rsid w:val="0029639D"/>
    <w:rsid w:val="003140E5"/>
    <w:rsid w:val="00326F90"/>
    <w:rsid w:val="003874C9"/>
    <w:rsid w:val="00676843"/>
    <w:rsid w:val="006D29A6"/>
    <w:rsid w:val="007B3FDE"/>
    <w:rsid w:val="008F1E36"/>
    <w:rsid w:val="00965566"/>
    <w:rsid w:val="009F220F"/>
    <w:rsid w:val="00AA1D8D"/>
    <w:rsid w:val="00B10A52"/>
    <w:rsid w:val="00B414E0"/>
    <w:rsid w:val="00B47730"/>
    <w:rsid w:val="00CB0664"/>
    <w:rsid w:val="00CF723A"/>
    <w:rsid w:val="00D5500A"/>
    <w:rsid w:val="00EF38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F996DD"/>
  <w14:defaultImageDpi w14:val="300"/>
  <w15:docId w15:val="{11A4D22F-086E-4305-9E4B-9FC581134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0" w:line="205" w:lineRule="exact"/>
    </w:pPr>
    <w:rPr>
      <w:rFonts w:ascii="Calibri" w:hAnsi="Calibri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897D25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548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Knus &amp; Cosy - Eten</dc:title>
  <dc:subject>Bewerkbare menukaart</dc:subject>
  <dc:creator>Knus &amp; Cosy</dc:creator>
  <cp:keywords/>
  <dc:description>generated by python-docx</dc:description>
  <cp:lastModifiedBy>mart van Beurden</cp:lastModifiedBy>
  <cp:revision>8</cp:revision>
  <dcterms:created xsi:type="dcterms:W3CDTF">2013-12-23T23:15:00Z</dcterms:created>
  <dcterms:modified xsi:type="dcterms:W3CDTF">2026-09-15T15:23:00Z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ad7d247e-0d22-45c9-a08c-56bfe4d72631</vt:lpwstr>
  </property>
</Properties>
</file>